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2847A9" w14:textId="603C651F" w:rsidR="001D1258" w:rsidRPr="00583C8B" w:rsidRDefault="00583C8B" w:rsidP="00583C8B">
      <w:pPr>
        <w:pStyle w:val="Heading1"/>
        <w:jc w:val="center"/>
        <w:rPr>
          <w:rFonts w:ascii="Open Sans" w:hAnsi="Open Sans" w:cs="Open Sans"/>
          <w:color w:val="auto"/>
        </w:rPr>
      </w:pPr>
      <w:r w:rsidRPr="00583C8B">
        <w:rPr>
          <w:rFonts w:ascii="Open Sans" w:hAnsi="Open Sans" w:cs="Open Sans"/>
          <w:noProof/>
          <w:color w:val="auto"/>
          <w:sz w:val="32"/>
          <w:szCs w:val="32"/>
        </w:rPr>
        <w:drawing>
          <wp:anchor distT="0" distB="0" distL="114300" distR="114300" simplePos="0" relativeHeight="251659776" behindDoc="0" locked="0" layoutInCell="1" allowOverlap="1" wp14:anchorId="71B3D163" wp14:editId="520CBEF6">
            <wp:simplePos x="0" y="0"/>
            <wp:positionH relativeFrom="column">
              <wp:posOffset>2019300</wp:posOffset>
            </wp:positionH>
            <wp:positionV relativeFrom="page">
              <wp:posOffset>660400</wp:posOffset>
            </wp:positionV>
            <wp:extent cx="2463165" cy="615950"/>
            <wp:effectExtent l="0" t="0" r="0" b="0"/>
            <wp:wrapSquare wrapText="bothSides"/>
            <wp:docPr id="13199468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946850" name="Picture 1"/>
                    <pic:cNvPicPr/>
                  </pic:nvPicPr>
                  <pic:blipFill>
                    <a:blip r:embed="rId6"/>
                    <a:stretch>
                      <a:fillRect/>
                    </a:stretch>
                  </pic:blipFill>
                  <pic:spPr>
                    <a:xfrm>
                      <a:off x="0" y="0"/>
                      <a:ext cx="2463165" cy="615950"/>
                    </a:xfrm>
                    <a:prstGeom prst="rect">
                      <a:avLst/>
                    </a:prstGeom>
                  </pic:spPr>
                </pic:pic>
              </a:graphicData>
            </a:graphic>
            <wp14:sizeRelH relativeFrom="margin">
              <wp14:pctWidth>0</wp14:pctWidth>
            </wp14:sizeRelH>
            <wp14:sizeRelV relativeFrom="margin">
              <wp14:pctHeight>0</wp14:pctHeight>
            </wp14:sizeRelV>
          </wp:anchor>
        </w:drawing>
      </w:r>
      <w:r w:rsidRPr="00583C8B">
        <w:rPr>
          <w:rFonts w:ascii="Open Sans" w:hAnsi="Open Sans" w:cs="Open Sans"/>
          <w:color w:val="auto"/>
          <w:sz w:val="32"/>
          <w:szCs w:val="32"/>
        </w:rPr>
        <w:t>Acknowledgment of Receipt and Review</w:t>
      </w:r>
      <w:r w:rsidRPr="00583C8B">
        <w:rPr>
          <w:rFonts w:ascii="Open Sans" w:hAnsi="Open Sans" w:cs="Open Sans"/>
          <w:color w:val="auto"/>
          <w:sz w:val="32"/>
          <w:szCs w:val="32"/>
        </w:rPr>
        <w:br/>
        <w:t>Employee Handbook</w:t>
      </w:r>
    </w:p>
    <w:p w14:paraId="47A54F82" w14:textId="77777777" w:rsidR="00583C8B" w:rsidRPr="00583C8B" w:rsidRDefault="00583C8B">
      <w:pPr>
        <w:rPr>
          <w:rFonts w:ascii="Open Sans" w:hAnsi="Open Sans" w:cs="Open Sans"/>
        </w:rPr>
      </w:pPr>
    </w:p>
    <w:p w14:paraId="5C51E4D3" w14:textId="069C90CA" w:rsidR="001D1258" w:rsidRPr="00583C8B" w:rsidRDefault="00E475B9">
      <w:pPr>
        <w:rPr>
          <w:rFonts w:ascii="Open Sans" w:hAnsi="Open Sans" w:cs="Open Sans"/>
        </w:rPr>
      </w:pPr>
      <w:r w:rsidRPr="00583C8B">
        <w:rPr>
          <w:rFonts w:ascii="Open Sans" w:hAnsi="Open Sans" w:cs="Open Sans"/>
        </w:rPr>
        <w:t>By signing below, I acknowledge that I have had the opportunity to review the Southern Oregon School of Music Employee Handbook</w:t>
      </w:r>
      <w:r w:rsidR="00614211">
        <w:rPr>
          <w:rFonts w:ascii="Open Sans" w:hAnsi="Open Sans" w:cs="Open Sans"/>
        </w:rPr>
        <w:t>.</w:t>
      </w:r>
    </w:p>
    <w:p w14:paraId="4CC468F7" w14:textId="77777777" w:rsidR="001D1258" w:rsidRPr="00583C8B" w:rsidRDefault="00E475B9">
      <w:pPr>
        <w:rPr>
          <w:rFonts w:ascii="Open Sans" w:hAnsi="Open Sans" w:cs="Open Sans"/>
        </w:rPr>
      </w:pPr>
      <w:r w:rsidRPr="00583C8B">
        <w:rPr>
          <w:rFonts w:ascii="Open Sans" w:hAnsi="Open Sans" w:cs="Open Sans"/>
        </w:rPr>
        <w:t>I understand that the handbook is available electronically through the School’s team intranet at https://soschoolofmusic.com/team, and that I may request a paper copy at any time.</w:t>
      </w:r>
    </w:p>
    <w:p w14:paraId="25FB9E4E" w14:textId="77777777" w:rsidR="001D1258" w:rsidRPr="00583C8B" w:rsidRDefault="00E475B9">
      <w:pPr>
        <w:rPr>
          <w:rFonts w:ascii="Open Sans" w:hAnsi="Open Sans" w:cs="Open Sans"/>
        </w:rPr>
      </w:pPr>
      <w:r w:rsidRPr="00583C8B">
        <w:rPr>
          <w:rFonts w:ascii="Open Sans" w:hAnsi="Open Sans" w:cs="Open Sans"/>
        </w:rPr>
        <w:t>I acknowledge that I have read the handbook, understand its contents, and agree to comply with the policies and guidelines described in it.</w:t>
      </w:r>
    </w:p>
    <w:p w14:paraId="40F4D041" w14:textId="77777777" w:rsidR="001D1258" w:rsidRPr="00583C8B" w:rsidRDefault="00E475B9">
      <w:pPr>
        <w:rPr>
          <w:rFonts w:ascii="Open Sans" w:hAnsi="Open Sans" w:cs="Open Sans"/>
        </w:rPr>
      </w:pPr>
      <w:r w:rsidRPr="00583C8B">
        <w:rPr>
          <w:rFonts w:ascii="Open Sans" w:hAnsi="Open Sans" w:cs="Open Sans"/>
        </w:rPr>
        <w:t>I understand that the School has the maximum discretion permitted by law to interpret, administer, change, modify, or delete the rules, regulations, procedures, and benefits described in the handbook at any time, with or without notice. No statement or representation by a supervisor, manager, or any other employee, whether oral or written, may supplement or modify this handbook. Changes may be made only if approved in writing by the Director of the School.</w:t>
      </w:r>
    </w:p>
    <w:p w14:paraId="0AE6371E" w14:textId="77777777" w:rsidR="001D1258" w:rsidRPr="00583C8B" w:rsidRDefault="00E475B9">
      <w:pPr>
        <w:rPr>
          <w:rFonts w:ascii="Open Sans" w:hAnsi="Open Sans" w:cs="Open Sans"/>
        </w:rPr>
      </w:pPr>
      <w:r w:rsidRPr="00583C8B">
        <w:rPr>
          <w:rFonts w:ascii="Open Sans" w:hAnsi="Open Sans" w:cs="Open Sans"/>
        </w:rPr>
        <w:t>I understand that my employment is at will (to the extent permitted by law), meaning that either I or the School may end the employment relationship at any time, with or without cause or notice, and that nothing in the handbook creates a contract of employment.</w:t>
      </w:r>
    </w:p>
    <w:p w14:paraId="3CDD23C9" w14:textId="77777777" w:rsidR="001D1258" w:rsidRDefault="00E475B9">
      <w:pPr>
        <w:rPr>
          <w:rFonts w:ascii="Open Sans" w:hAnsi="Open Sans" w:cs="Open Sans"/>
        </w:rPr>
      </w:pPr>
      <w:r w:rsidRPr="00583C8B">
        <w:rPr>
          <w:rFonts w:ascii="Open Sans" w:hAnsi="Open Sans" w:cs="Open Sans"/>
        </w:rPr>
        <w:t>If I am covered by a written employment agreement signed by an authorized School representative or by a collective bargaining agreement, I understand that the terms of that agreement apply instead of the handbook.</w:t>
      </w:r>
    </w:p>
    <w:p w14:paraId="2E1D3C0C" w14:textId="40A87711" w:rsidR="007351B3" w:rsidRPr="00583C8B" w:rsidRDefault="007351B3">
      <w:pPr>
        <w:rPr>
          <w:rFonts w:ascii="Open Sans" w:hAnsi="Open Sans" w:cs="Open Sans"/>
        </w:rPr>
      </w:pPr>
      <w:r>
        <w:rPr>
          <w:rFonts w:ascii="Open Sans" w:hAnsi="Open Sans" w:cs="Open Sans"/>
        </w:rPr>
        <w:t xml:space="preserve">I have read and understand the section on being a Mandatory reporter and have watched the </w:t>
      </w:r>
      <w:r w:rsidRPr="007351B3">
        <w:rPr>
          <w:rFonts w:ascii="Open Sans" w:hAnsi="Open Sans" w:cs="Open Sans"/>
        </w:rPr>
        <w:t>Oregon Department of Human Services Mandatory Reporting Video</w:t>
      </w:r>
      <w:r>
        <w:rPr>
          <w:rFonts w:ascii="Open Sans" w:hAnsi="Open Sans" w:cs="Open Sans"/>
        </w:rPr>
        <w:t xml:space="preserve"> which is linked to in this document.</w:t>
      </w:r>
    </w:p>
    <w:p w14:paraId="0AB29E1B" w14:textId="77777777" w:rsidR="001D1258" w:rsidRPr="00583C8B" w:rsidRDefault="00E475B9">
      <w:pPr>
        <w:rPr>
          <w:rFonts w:ascii="Open Sans" w:hAnsi="Open Sans" w:cs="Open Sans"/>
        </w:rPr>
      </w:pPr>
      <w:r w:rsidRPr="00583C8B">
        <w:rPr>
          <w:rFonts w:ascii="Open Sans" w:hAnsi="Open Sans" w:cs="Open Sans"/>
        </w:rPr>
        <w:t>This acknowledgment supersedes any prior acknowledgments I may have signed relating to receipt or review of the Employee Handbook.</w:t>
      </w:r>
    </w:p>
    <w:p w14:paraId="59BC4AD7" w14:textId="7537EBA3" w:rsidR="001D1258" w:rsidRDefault="00E475B9">
      <w:pPr>
        <w:rPr>
          <w:rFonts w:ascii="Open Sans" w:hAnsi="Open Sans" w:cs="Open Sans"/>
        </w:rPr>
      </w:pPr>
      <w:r w:rsidRPr="00583C8B">
        <w:rPr>
          <w:rFonts w:ascii="Open Sans" w:hAnsi="Open Sans" w:cs="Open Sans"/>
        </w:rPr>
        <w:br/>
        <w:t>Employee Name (print): _</w:t>
      </w:r>
      <w:r w:rsidR="00583C8B">
        <w:rPr>
          <w:rFonts w:ascii="Open Sans" w:hAnsi="Open Sans" w:cs="Open Sans"/>
        </w:rPr>
        <w:t>_________________________________________________</w:t>
      </w:r>
      <w:r w:rsidRPr="00583C8B">
        <w:rPr>
          <w:rFonts w:ascii="Open Sans" w:hAnsi="Open Sans" w:cs="Open Sans"/>
        </w:rPr>
        <w:t>______________________________</w:t>
      </w:r>
    </w:p>
    <w:p w14:paraId="5C839EF6" w14:textId="2960892E" w:rsidR="001D1258" w:rsidRPr="00583C8B" w:rsidRDefault="00583C8B">
      <w:pPr>
        <w:rPr>
          <w:rFonts w:ascii="Open Sans" w:hAnsi="Open Sans" w:cs="Open Sans"/>
        </w:rPr>
      </w:pPr>
      <w:r>
        <w:rPr>
          <w:rFonts w:ascii="Open Sans" w:hAnsi="Open Sans" w:cs="Open Sans"/>
        </w:rPr>
        <w:br/>
      </w:r>
      <w:r w:rsidRPr="00583C8B">
        <w:rPr>
          <w:rFonts w:ascii="Open Sans" w:hAnsi="Open Sans" w:cs="Open Sans"/>
        </w:rPr>
        <w:t>Employee Signature: ______________________________</w:t>
      </w:r>
      <w:r>
        <w:rPr>
          <w:rFonts w:ascii="Open Sans" w:hAnsi="Open Sans" w:cs="Open Sans"/>
        </w:rPr>
        <w:t>__________________</w:t>
      </w:r>
      <w:r w:rsidRPr="00583C8B">
        <w:rPr>
          <w:rFonts w:ascii="Open Sans" w:hAnsi="Open Sans" w:cs="Open Sans"/>
        </w:rPr>
        <w:t>___</w:t>
      </w:r>
      <w:r>
        <w:rPr>
          <w:rFonts w:ascii="Open Sans" w:hAnsi="Open Sans" w:cs="Open Sans"/>
        </w:rPr>
        <w:t>_______</w:t>
      </w:r>
      <w:r w:rsidRPr="00583C8B">
        <w:rPr>
          <w:rFonts w:ascii="Open Sans" w:hAnsi="Open Sans" w:cs="Open Sans"/>
        </w:rPr>
        <w:t>Date: ___________________</w:t>
      </w:r>
    </w:p>
    <w:sectPr w:rsidR="001D1258" w:rsidRPr="00583C8B" w:rsidSect="00583C8B">
      <w:pgSz w:w="12240" w:h="15840"/>
      <w:pgMar w:top="207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Open Sans">
    <w:altName w:val="Open Sans"/>
    <w:panose1 w:val="020B0606030504020204"/>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93919772">
    <w:abstractNumId w:val="8"/>
  </w:num>
  <w:num w:numId="2" w16cid:durableId="1506824516">
    <w:abstractNumId w:val="6"/>
  </w:num>
  <w:num w:numId="3" w16cid:durableId="224728011">
    <w:abstractNumId w:val="5"/>
  </w:num>
  <w:num w:numId="4" w16cid:durableId="2080057276">
    <w:abstractNumId w:val="4"/>
  </w:num>
  <w:num w:numId="5" w16cid:durableId="1249467070">
    <w:abstractNumId w:val="7"/>
  </w:num>
  <w:num w:numId="6" w16cid:durableId="1500391934">
    <w:abstractNumId w:val="3"/>
  </w:num>
  <w:num w:numId="7" w16cid:durableId="1620334478">
    <w:abstractNumId w:val="2"/>
  </w:num>
  <w:num w:numId="8" w16cid:durableId="1942491864">
    <w:abstractNumId w:val="1"/>
  </w:num>
  <w:num w:numId="9" w16cid:durableId="19771028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174C6"/>
    <w:rsid w:val="0015074B"/>
    <w:rsid w:val="001D1258"/>
    <w:rsid w:val="001E248C"/>
    <w:rsid w:val="00240E98"/>
    <w:rsid w:val="00264CB7"/>
    <w:rsid w:val="0029639D"/>
    <w:rsid w:val="00326F90"/>
    <w:rsid w:val="00583C8B"/>
    <w:rsid w:val="005F6D12"/>
    <w:rsid w:val="00614211"/>
    <w:rsid w:val="007351B3"/>
    <w:rsid w:val="00A43625"/>
    <w:rsid w:val="00AA1D8D"/>
    <w:rsid w:val="00B47730"/>
    <w:rsid w:val="00CB0664"/>
    <w:rsid w:val="00E475B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C138E2"/>
  <w14:defaultImageDpi w14:val="330"/>
  <w15:docId w15:val="{55511F65-8B7E-4140-B718-457AFA3B4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1</Pages>
  <Words>294</Words>
  <Characters>1679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Deborah Pratt</cp:lastModifiedBy>
  <cp:revision>7</cp:revision>
  <cp:lastPrinted>2026-01-09T21:53:00Z</cp:lastPrinted>
  <dcterms:created xsi:type="dcterms:W3CDTF">2026-01-05T03:08:00Z</dcterms:created>
  <dcterms:modified xsi:type="dcterms:W3CDTF">2026-09-13T17:48:00Z</dcterms:modified>
  <cp:category/>
</cp:coreProperties>
</file>